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~215M THB (~216M).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from Thai suppliers) and two 250 kW chiller modules (CH-1, CH-2)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solar on every roof and canopy (~640 kWp, estimate) with a battery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~215M THB</w:t>
      </w:r>
      <w:r>
        <w:rPr/>
        <w:t>, ~201M THB at the midpoint before the ramp-up reserve and ~39M THB more than Plan A (estimates, section 8): owned solar on every roof and canopy (~640 kWp) and the battery, so no PPA power bill (~2.3M THB a year in Plan A, estimate);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boilers and compressor from Thai suppliers, with local service. Every press, the cutting room, the galvanics line and the stamper-prep line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Every roof and canopy carries solar: </w:t>
      </w:r>
      <w:r>
        <w:rPr>
          <w:b/>
        </w:rPr>
        <w:t>~640 kWp</w:t>
      </w:r>
      <w:r>
        <w:rPr/>
        <w:t xml:space="preserve"> on the Payap scenario layout (factory roof ~523 kWp, parking canopies ~54 kWp, office roof ~65 kWp), about 900 MWh a year, of which ~85 % is used on site (~760 MWh, ~38 % of the launch plant's electricity with electric steam); the rest is curtailed, because a factory on PEA's grid runs zero export and is not paid for surplus (estimates). On the Mueang Chi hall the roof and canopies hold ~300 kWp, so the rest would be ground-mounted or wait for the second building's roof. A 271 kWh battery gives ride-through; array and battery are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216M (~USD 6.53M), rounded to ~215M THB</w:t>
            </w:r>
            <w:r>
              <w:rPr>
                <w:sz w:val="19"/>
              </w:rPr>
              <w:t>: the plan investment, ~THB 200.6M (~USD 6.08M) at the midpoint with everything in, plus a ramp-up reserve of ~THB 10M to 20M (staff and overheads before volume covers them); at the midpoint just within the investor's 180M THB plus 20 % (216M). From the low to the high end of every block: ~THB 156M to 275M.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30M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1.24M (~THB 41M); break-even on operating profit at ~0.24M records a year. </w:t>
            </w:r>
            <w:r>
              <w:rPr>
                <w:b/>
                <w:sz w:val="19"/>
              </w:rPr>
              <w:t>The adverse case loses money:</w:t>
            </w:r>
            <w:r>
              <w:rPr>
                <w:sz w:val="19"/>
              </w:rPr>
              <w:t xml:space="preserve"> EBITDA ~USD 0.23M, operating loss ~USD 0.54M (~THB 18M);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~3.8 years on the plan price in the central case (2.7 to 4.8 from the low to the high end of the price); ~1.2 years in the favourable case, ~36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216M (~USD 6.53M), the ~215M THB plan, released in tranches against milestones (section 8), starting with phase 0 (~THB 1.3M to 2.6M). BOI caps debt-to-equity at 3:1, so at least a quarter is equity: ~THB 54M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39M (~22 %)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utilities with local service. On the modelled numbers that extra earns little (the same EBITDA in the revenue model, ~USD 0.07M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216M (~USD 6.53M); ~156M to 275M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1.73M (~THB 57M); cassette and CD-R not modelled</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1.24M (~THB 41M)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~3.8 years (2.7 to 4.8)</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Loses money: EBITDA ~USD 0.23M, operating loss ~USD 0.54M</w:t>
            </w:r>
          </w:p>
        </w:tc>
      </w:tr>
      <w:tr>
        <w:trPr>
          <w:cantSplit/>
        </w:trPr>
        <w:tc>
          <w:tcPr>
            <w:tcW w:type="dxa" w:w="2381"/>
            <w:shd w:val="clear" w:color="auto" w:fill="F2F5FA"/>
          </w:tcPr>
          <w:p>
            <w:pPr>
              <w:spacing w:after="20" w:before="20"/>
            </w:pPr>
            <w:r/>
            <w:r>
              <w:rPr>
                <w:sz w:val="17"/>
              </w:rPr>
              <w:t>What Plan A gives up, what Plan B buys</w:t>
            </w:r>
          </w:p>
        </w:tc>
        <w:tc>
          <w:tcPr>
            <w:tcW w:type="dxa" w:w="3628"/>
            <w:shd w:val="clear" w:color="auto" w:fill="F2F5FA"/>
          </w:tcPr>
          <w:p>
            <w:pPr>
              <w:spacing w:after="20" w:before="20"/>
            </w:pPr>
            <w:r/>
            <w:r>
              <w:rPr>
                <w:sz w:val="17"/>
              </w:rPr>
              <w:t>At launch: solar through a PPA (a power bill of ~USD 0.07M a year instead of owning the array),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~THB 39M more at launch: owned solar (~640 kWp, every roof and canopy covered) and battery, so no PPA bill, the full metrology stack, the visitor corridor and tours, cassette and CD-R, a bought crane; Thai-supplied boilers and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216M (~USD 6.53M), rounded to ~215M THB</w:t>
            </w:r>
            <w:r>
              <w:rPr>
                <w:sz w:val="20"/>
              </w:rPr>
              <w:t>, including the ramp-up reserve and without contingency, just within the investor's 180M THB plus 20 % (216M) at the midpoint,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156M to 275M;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39M more at launch for what Plan A leases or defers; the Classic, Pheenix and EX 35 quotes, the solar PPA offer and the building quote settle the numbers); the equity/debt mix (BOI requires debt-to-equity of at most 3:1, so at least ~THB 54M of Plan B's ~216M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B (~215M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(Thai suppliers)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the owned battery may qualify for BOI as storage</w:t>
            </w:r>
          </w:p>
        </w:tc>
        <w:tc>
          <w:tcPr>
            <w:tcW w:type="dxa" w:w="3118"/>
          </w:tcPr>
          <w:p>
            <w:pPr>
              <w:spacing w:after="20" w:before="20"/>
            </w:pPr>
            <w:r/>
            <w:r>
              <w:rPr>
                <w:sz w:val="17"/>
              </w:rPr>
              <w:t>PV on every roof and canopy (~640 kWp) and a 271 kWh battery (owned),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B buys the boiler modules and the compressor from Thai suppliers,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boilers and the compressor come from Thai suppliers, with local service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Every roof gets PV, not solar thermal.</w:t>
      </w:r>
      <w:r>
        <w:rPr/>
        <w:t xml:space="preserve"> Self-consumed PV is worth ~3.7 THB/kWh;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every roof and canopy</w:t>
            </w:r>
          </w:p>
        </w:tc>
        <w:tc>
          <w:tcPr>
            <w:tcW w:type="dxa" w:w="6520"/>
          </w:tcPr>
          <w:p>
            <w:pPr>
              <w:spacing w:after="20" w:before="20"/>
            </w:pPr>
            <w:r/>
            <w:r>
              <w:rPr>
                <w:sz w:val="19"/>
              </w:rPr>
              <w:t>~640 kWp (decided October 2026: as much roof as possible). In the Payap scenario model the calculator draws the factory roof at ~523 kWp (901 modules of a generic 580 W placeholder; no module chosen yet), the car and scooter canopies at ~54 kWp and the office roof at ~65 kWp; the covered link and the utility yard are left out. ~900 MWh a year at 1,400 to 1,500 kWh/kWp, ~85% of it used on site (~760 MWh: two shifts on 300 days, a ~60 kW base load off-shift and the battery), about 38% of the launch plant's ~2,000 MWh a year with electric steam (estimates). Saves ~2.8M to 3.0M THB a year at ~3.7 THB/kWh self-consumed and pays back in ~4.2 to 5.9 years at 20 to 26 THB/W installed; the last ~340 kWp beyond the first ~300 pay back in ~4.9 to 6.3 years, because more of their yield is curtailed on Sundays (estimates)</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~15%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60 × 25 m hall of section 6.2 takes only ~300 kWp: ~247 kWp on the 1,523 m² monopitch roof (425 modules) and ~40 to 54 kWp on the parking canopies. The rest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~500 kVA in all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~500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PV EPC USD 388k to 504k (12.8M to 16.6M THB for ~640 kWp, 20 to 26 THB/W installed with inverters at Thai 2026 market prices; the canopy steel is in the building and site works) and the battery, installed, USD 61k to 106k (2.0M to 3.5M THB): ~17.5M THB together at the midpoint, estimates, section 8. Owning them saves the power bill a PPA would carry: at the calculator's 3.0 THB/kWh (estimate, to quote) for the ~760 MWh used on site, ~2.3M THB or ~0.07M USD a year. A solar PPA (an installer owns and finances them, the plant buys the power at a price still to quote) would take ~17.5M THB out of the capital round at the midpoint at the cost of that bill. The array itself carries no BOI benefit: BOI stopped promoting solar installations on 1 July 2025 (Announcement 3/2568, section 7.1); the owned battery may still qualify as storage (to confirm with the BOI consultant)</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plan's price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and the compressor from Thai suppliers (4.5M to 7M THB installed for the boilers). Chinese makers with Thai references (ZOZEN, Sitong, Fangkuai, Taiguo) could supply the boilers for roughly 2.8M to 5.5M THB installed, about 1.6M THB less at the midpoint, and with a Chinese compressor brand bought through its Thai office ~1.9M less (estimates from listings, not quotes): a step if quotes land high.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every roof and canopy carries PV (~640 kWp, over a third of the launch plant's electricity even with electric steam, estimate), with a battery for ride-through; no process water is discharged; a fifth of the plastic is reclaimed; and biomass steam, if chosen, costs a quarter to a tenth of electric steam. The same choices push the energy line toward its low end and hedge Thai tariff rises; the heat recovery and automation can count toward BOI's Smart and Sustainable Industry measure and the owned battery may qualify as storage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(~215M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(~215M THB) preset of the plant and business plan calculator: every roof and canopy carries PV, ~640 kWp on the factory, the office and the car and scooter parking, owned with the battery; the utility yard (boiler hall and chiller compound built for four modules each,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(~215M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(~215M THB) preset: Duplex system 1 (two HRP 12 presses with their extruders) and the Classic, in a hall laid out for five Duplex bays and four Classic positions; the dashed outlines are the free bays and positions for growth. In the yard, boiler modules B-1 and B-2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with its canopies fully covered in PV (~54 kWp; ~40 kWp in the construction RFQ),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full metrology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This plan owns the 271 kWh battery (2.0M to 3.5M THB installed, estimate), which may qualify; its eligible value under the cap is for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~156M to 275M THB with the ramp-up reserve (~216M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The plan's modules come from Thai suppliers to the same ASME specification; a Chinese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(~215M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296k to 470k</w:t>
            </w:r>
          </w:p>
        </w:tc>
        <w:tc>
          <w:tcPr>
            <w:tcW w:type="dxa" w:w="1701"/>
          </w:tcPr>
          <w:p>
            <w:pPr>
              <w:spacing w:after="20" w:before="20"/>
            </w:pPr>
            <w:r/>
            <w:r>
              <w:rPr>
                <w:sz w:val="17"/>
              </w:rPr>
              <w:t>9.8M to 15.5M</w:t>
            </w:r>
          </w:p>
        </w:tc>
        <w:tc>
          <w:tcPr>
            <w:tcW w:type="dxa" w:w="3288"/>
          </w:tcPr>
          <w:p>
            <w:pPr>
              <w:spacing w:after="20" w:before="20"/>
            </w:pPr>
            <w:r/>
            <w:r>
              <w:rPr>
                <w:sz w:val="17"/>
              </w:rPr>
              <w:t>Researched: utilities rows; boilers and compressor from Thai suppliers,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Solar PV (EPC) on every roof and canopy, ~640 kWp, and the 271 kWh Gobel battery, owned</w:t>
            </w:r>
          </w:p>
        </w:tc>
        <w:tc>
          <w:tcPr>
            <w:tcW w:type="dxa" w:w="1701"/>
          </w:tcPr>
          <w:p>
            <w:pPr>
              <w:spacing w:after="20" w:before="20"/>
            </w:pPr>
            <w:r/>
            <w:r>
              <w:rPr>
                <w:sz w:val="17"/>
              </w:rPr>
              <w:t>449k to 610k</w:t>
            </w:r>
          </w:p>
        </w:tc>
        <w:tc>
          <w:tcPr>
            <w:tcW w:type="dxa" w:w="1701"/>
          </w:tcPr>
          <w:p>
            <w:pPr>
              <w:spacing w:after="20" w:before="20"/>
            </w:pPr>
            <w:r/>
            <w:r>
              <w:rPr>
                <w:sz w:val="17"/>
              </w:rPr>
              <w:t>14.8M to 20.1M</w:t>
            </w:r>
          </w:p>
        </w:tc>
        <w:tc>
          <w:tcPr>
            <w:tcW w:type="dxa" w:w="3288"/>
          </w:tcPr>
          <w:p>
            <w:pPr>
              <w:spacing w:after="20" w:before="20"/>
            </w:pPr>
            <w:r/>
            <w:r>
              <w:rPr>
                <w:sz w:val="17"/>
              </w:rPr>
              <w:t>Researched: utilities rows; PV at 20 to 26 THB/W installed, inverters included (12.8M to 16.6M), battery 2.0M to 3.5M; ~85 % of the yield used on site under zero export (estimate); owned, so the plant keeps the whole bill saving (no BOI promotion for solar installations since 1 July 2025, section 8.4)</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9.7M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~4.42M to 7.73M</w:t>
            </w:r>
          </w:p>
        </w:tc>
        <w:tc>
          <w:tcPr>
            <w:tcW w:type="dxa" w:w="1701"/>
          </w:tcPr>
          <w:p>
            <w:pPr>
              <w:spacing w:after="20" w:before="20"/>
            </w:pPr>
            <w:r/>
            <w:r>
              <w:rPr>
                <w:b/>
                <w:sz w:val="17"/>
              </w:rPr>
              <w:t>~145.9M to 255.2M</w:t>
            </w:r>
          </w:p>
        </w:tc>
        <w:tc>
          <w:tcPr>
            <w:tcW w:type="dxa" w:w="3288"/>
          </w:tcPr>
          <w:p>
            <w:pPr>
              <w:spacing w:after="20" w:before="20"/>
            </w:pPr>
            <w:r/>
            <w:r>
              <w:rPr>
                <w:b/>
                <w:sz w:val="17"/>
              </w:rPr>
              <w:t>Midpoint ~200.6M THB (~6.08M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~4.72M to 8.34M</w:t>
            </w:r>
          </w:p>
        </w:tc>
        <w:tc>
          <w:tcPr>
            <w:tcW w:type="dxa" w:w="1701"/>
          </w:tcPr>
          <w:p>
            <w:pPr>
              <w:spacing w:after="20" w:before="20"/>
            </w:pPr>
            <w:r/>
            <w:r>
              <w:rPr>
                <w:b/>
                <w:sz w:val="17"/>
              </w:rPr>
              <w:t>~156M to 275M</w:t>
            </w:r>
          </w:p>
        </w:tc>
        <w:tc>
          <w:tcPr>
            <w:tcW w:type="dxa" w:w="3288"/>
          </w:tcPr>
          <w:p>
            <w:pPr>
              <w:spacing w:after="20" w:before="20"/>
            </w:pPr>
            <w:r/>
            <w:r>
              <w:rPr>
                <w:b/>
                <w:sz w:val="17"/>
              </w:rPr>
              <w:t>Midpoint ~216M THB (~6.53M USD): ~215M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~30M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~30M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builds the same launch plant with everything in, none of the levers taken, at ~215M THB, just within 180M plus 20 % (216M). This document is Plan B (~215M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~216M THB (~6.53M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~156M to 275M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The same</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The same (cassette and CD-R not modelled)</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1.73M USD (calculator: 2.12M against Plan A's 2.05M, no PPA power bill)</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-0.54M USD: loses more (more depreciation on the same EBITDA)</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~3.8 yr (2.7 to 4.8; calculator: 2.9 yr against Plan A's 2.4)</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(a power bill of ~0.07M USD a year),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buys at launch what Plan A leases or defers, ~39M THB more (owned solar and battery, ~640 kWp on every roof and canopy with no PPA bill, the full metrology stack, the visitor corridor, cassette and CD-R, a bought crane, Thai boilers and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source abroad,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Solar PV on every roof and canopy (~640 kWp) and the 271 kWh battery, owned (EPC and Gobel battery)</w:t>
            </w:r>
          </w:p>
        </w:tc>
        <w:tc>
          <w:tcPr>
            <w:tcW w:type="dxa" w:w="3969"/>
          </w:tcPr>
          <w:p>
            <w:pPr>
              <w:spacing w:after="20" w:before="20"/>
            </w:pPr>
            <w:r/>
            <w:r>
              <w:rPr>
                <w:sz w:val="17"/>
              </w:rPr>
              <w:t>No PPA power bill: the whole saving on the ~760 MWh used on site (~2.8M to 3.0M THB a year) stays with the plant instead of ~2.3M THB (~0.07M USD) a year going to a PPA installer; payback ~4.2 to 5.9 years (estimates)</w:t>
            </w:r>
          </w:p>
        </w:tc>
        <w:tc>
          <w:tcPr>
            <w:tcW w:type="dxa" w:w="2154"/>
          </w:tcPr>
          <w:p>
            <w:pPr>
              <w:spacing w:after="20" w:before="20"/>
            </w:pPr>
            <w:r/>
            <w:r>
              <w:rPr>
                <w:sz w:val="17"/>
              </w:rPr>
              <w:t>~17.5M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Boilers and compressor from Thai suppliers</w:t>
            </w:r>
          </w:p>
        </w:tc>
        <w:tc>
          <w:tcPr>
            <w:tcW w:type="dxa" w:w="3969"/>
            <w:shd w:val="clear" w:color="auto" w:fill="F2F5FA"/>
          </w:tcPr>
          <w:p>
            <w:pPr>
              <w:spacing w:after="20" w:before="20"/>
            </w:pPr>
            <w:r/>
            <w:r>
              <w:rPr>
                <w:sz w:val="17"/>
              </w:rPr>
              <w:t>Local service; no import route for the boilers</w:t>
            </w:r>
          </w:p>
        </w:tc>
        <w:tc>
          <w:tcPr>
            <w:tcW w:type="dxa" w:w="2154"/>
            <w:shd w:val="clear" w:color="auto" w:fill="F2F5FA"/>
          </w:tcPr>
          <w:p>
            <w:pPr>
              <w:spacing w:after="20" w:before="20"/>
            </w:pPr>
            <w:r/>
            <w:r>
              <w:rPr>
                <w:sz w:val="17"/>
              </w:rPr>
              <w:t>~1.9M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~39M (200.6M minus Plan A's 161.7M)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~200.6M (~6.08M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~216M THB (~6.53M USD)</w:t>
            </w:r>
            <w:r>
              <w:rPr>
                <w:sz w:val="17"/>
              </w:rPr>
              <w:t>; ~156M to 275M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~39.0M, and the two subtotals differ by ~38.9M.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~39M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utilities with local service.</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~0.07M USD a year ahead, the PPA bill its owned array avoids), more depreciation, a longer payback (~3.8 against ~3.1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(~215M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200.6M THB at the midpoint without contingency, 210.6M to 220.6M with the ramp-up reserve of 10M to 20M, 9.4M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from Thai suppliers)</w:t>
            </w:r>
          </w:p>
        </w:tc>
        <w:tc>
          <w:tcPr>
            <w:tcW w:type="dxa" w:w="1814"/>
            <w:shd w:val="clear" w:color="auto" w:fill="F2F5FA"/>
          </w:tcPr>
          <w:p>
            <w:pPr>
              <w:spacing w:after="20" w:before="20"/>
            </w:pPr>
            <w:r/>
            <w:r>
              <w:rPr>
                <w:sz w:val="17"/>
              </w:rPr>
              <w:t>20 to 30 % (~40M to 60M)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(~70M to 90M)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solar PV on every roof and canopy and the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(~30M to 40M)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(~16M to 24M), plus the reserve</w:t>
            </w:r>
          </w:p>
        </w:tc>
      </w:tr>
    </w:tbl>
    <w:p>
      <w:pPr>
        <w:spacing w:before="40" w:after="160"/>
      </w:pPr>
      <w:r>
        <w:rPr>
          <w:i/>
          <w:color w:val="595959"/>
          <w:sz w:val="17"/>
        </w:rPr>
        <w:t>Shares of Plan B's investment before the reserve (~200.6M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~216M THB is the midpoint of every block with the ramp-up reserve and no buffer: at 15 % a contingency would add ~30M THB, and the high end of every block comes to ~275M.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Plan B owns the 271 kWh battery (2.0M to 3.5M THB installed), so it may qualify; the case for owning the array itself is the power bill (below).</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~1 %.</w:t>
      </w:r>
      <w:r>
        <w:rPr/>
        <w:t xml:space="preserve"> Plan B prices Thai-supplied utilities. The Chinese route for the boiler modules and the compressor would take ~1.9M THB off at the midpoint (Plan A takes it); chillers and HVAC, the larger blocks, are not checked yet.</w:t>
      </w:r>
    </w:p>
    <w:p>
      <w:pPr>
        <w:pStyle w:val="ListBullet"/>
      </w:pPr>
      <w:r>
        <w:rPr>
          <w:b/>
        </w:rPr>
        <w:t>Solar bought, not leased.</w:t>
      </w:r>
      <w:r>
        <w:rPr/>
        <w:t xml:space="preserve"> Plan B owns the array, ~640 kWp on every roof and canopy, and the 271 kWh battery: 14.8M to 20.1M THB (PV at 20 to 26 THB/W installed, inverters included; battery 2.0M to 3.5M). Factories on PEA's grid run zero export, so ~85 % of the ~900 MWh a year is used on site and the rest curtailed; the array saves ~2.8M to 3.0M THB a year and pays back in ~4.2 to 5.9 years (estimates). A solar PPA would take ~17.5M THB off the price at the midpoint and add a power price to the energy line instead: owned, the ~760 MWh used on site save the full ~3.8 THB/kWh; through a PPA at ~3.0 THB/kWh (estimate, to quote) only ~0.8 THB/kWh, so the PPA bill is ~2.3M THB (~0.07M USD) a year.</w:t>
      </w:r>
    </w:p>
    <w:p>
      <w:pPr>
        <w:pStyle w:val="ListBullet"/>
      </w:pPr>
      <w:r>
        <w:rPr>
          <w:b/>
        </w:rPr>
        <w:t>The array follows the site.</w:t>
      </w:r>
      <w:r>
        <w:rPr/>
        <w:t xml:space="preserve"> ~640 kWp is what every roof and canopy carries on the Payap scenario plot the calculator draws (factory roof ~523 kWp, office roof ~65 kWp, car and scooter canopies ~54 kWp); on the Mueang Chi hall of section 6.2 the roof and canopies take ~300 kWp, and the rest would need ground mount behind the building (which the rooftop permit exemption does not cover) or the phase 2 roof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(7.73M USD) over 10 years (adverse), the midpoint (6.08M USD) over 12.5 years (central) and the low end (4.42M USD) over 15 years (favourable). Payback is counted on the whole plan price including the ramp-up reserve (4.72M / 6.53M / 8.34M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0.77M</w:t>
            </w:r>
          </w:p>
        </w:tc>
        <w:tc>
          <w:tcPr>
            <w:tcW w:type="dxa" w:w="2721"/>
            <w:shd w:val="clear" w:color="auto" w:fill="F2F5FA"/>
          </w:tcPr>
          <w:p>
            <w:pPr>
              <w:spacing w:after="20" w:before="20"/>
            </w:pPr>
            <w:r/>
            <w:r>
              <w:rPr>
                <w:sz w:val="18"/>
              </w:rPr>
              <w:t>0.49M</w:t>
            </w:r>
          </w:p>
        </w:tc>
        <w:tc>
          <w:tcPr>
            <w:tcW w:type="dxa" w:w="2041"/>
            <w:shd w:val="clear" w:color="auto" w:fill="F2F5FA"/>
          </w:tcPr>
          <w:p>
            <w:pPr>
              <w:spacing w:after="20" w:before="20"/>
            </w:pPr>
            <w:r/>
            <w:r>
              <w:rPr>
                <w:sz w:val="18"/>
              </w:rPr>
              <w:t>0.29M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-0.54M</w:t>
            </w:r>
          </w:p>
        </w:tc>
        <w:tc>
          <w:tcPr>
            <w:tcW w:type="dxa" w:w="2721"/>
          </w:tcPr>
          <w:p>
            <w:pPr>
              <w:spacing w:after="20" w:before="20"/>
            </w:pPr>
            <w:r/>
            <w:r>
              <w:rPr>
                <w:b/>
                <w:sz w:val="18"/>
              </w:rPr>
              <w:t>1.24M</w:t>
            </w:r>
          </w:p>
        </w:tc>
        <w:tc>
          <w:tcPr>
            <w:tcW w:type="dxa" w:w="2041"/>
          </w:tcPr>
          <w:p>
            <w:pPr>
              <w:spacing w:after="20" w:before="20"/>
            </w:pPr>
            <w:r/>
            <w:r>
              <w:rPr>
                <w:b/>
                <w:sz w:val="18"/>
              </w:rPr>
              <w:t>3.50M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~36 yr</w:t>
            </w:r>
          </w:p>
        </w:tc>
        <w:tc>
          <w:tcPr>
            <w:tcW w:type="dxa" w:w="2721"/>
          </w:tcPr>
          <w:p>
            <w:pPr>
              <w:spacing w:after="20" w:before="20"/>
            </w:pPr>
            <w:r/>
            <w:r>
              <w:rPr>
                <w:sz w:val="18"/>
              </w:rPr>
              <w:t>~3.8 yr (2.7 to 4.8 on 4.72M to 8.34M)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~216M THB.</w:t>
            </w:r>
            <w:r>
              <w:rPr>
                <w:sz w:val="20"/>
              </w:rPr>
              <w:t xml:space="preserve"> EBITDA ~1.73M USD (~57M THB) and operating profit ~1.24M USD (~41M THB) a year once the plant runs at volume. It breaks even on operating profit at about </w:t>
            </w:r>
            <w:r>
              <w:rPr>
                <w:b/>
                <w:sz w:val="20"/>
              </w:rPr>
              <w:t>0.24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~18M THB a year. It stacks the low price, the high cost, the high capital and the high overheads at once. At the central cost and volume the price that covers depreciation is ~2.8 USD (~92 THB) a record (arithmetic on the table), below the low price assumed: price realisation and utilisation decide solvency, not upside.</w:t>
            </w:r>
          </w:p>
          <w:p>
            <w:pPr>
              <w:spacing w:after="60"/>
              <w:ind w:left="227"/>
            </w:pPr>
            <w:r>
              <w:rPr>
                <w:sz w:val="20"/>
              </w:rPr>
              <w:t xml:space="preserve">•  </w:t>
            </w:r>
            <w:r>
              <w:rPr>
                <w:b/>
                <w:sz w:val="20"/>
              </w:rPr>
              <w:t>What the extra ~39M THB buys is not in this table.</w:t>
            </w:r>
            <w:r>
              <w:rPr>
                <w:sz w:val="20"/>
              </w:rPr>
              <w:t xml:space="preserve"> Plan B is Plan A's plant with the six levers not taken, so revenue, direct cost and EBITDA are Plan A's; only the depreciation (0.49M against Plan A's 0.39M USD at the centre) and the payback (~3.8 against ~3.1 years) move. Not modelled: cassette and CD-R revenue, tour and Payap revenue, stamper supply to other plants, automation services and the open plant stack for other pressing plants (section 5.6), and the PPA power bill the owned array avoids (~0.07M USD a year in the calculator).</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electric steam heat and the cutting engineer, which this table leaves out) and the team's faster Duplex planning rate, at which the three presses are not Duplex-limited, gives at 850k records and 60 % specials: revenue ~4.14M, EBITDA 2.12M USD, payback 2.9 years on the 200.6M THB investment in a mature year; with a ramp of 35, 70 and 90 % in the first three years and the reserve in year 0, cash payback in year ~4.4, ~21 % IRR and an NPV of ~4.1M USD over ten years, pre-tax and pre-financing (estimates). Its EBITDA is 0.07M above Plan A's 2.05M because the owned array carries no PPA power price. Not modelled here: cassette and CD-R lines,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~4.4, IRR ~21 %, NPV ~4.1M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rooftop solar outside industrial estates needs no factory licence since 28 December 2024;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and compressor from Thai suppliers)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~156M to 275M THB in one round (~216M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on every roof and canopy (~640 kWp) with no PPA bill, the full metrology stack from the first release, tours and the Payap programmes from day one, cassette and CD-R, its own crane and locally serviced utilities; the second Duplex waits for demand and revenue on a reserved floor.</w:t>
            </w:r>
          </w:p>
        </w:tc>
        <w:tc>
          <w:tcPr>
            <w:tcW w:type="dxa" w:w="4819"/>
          </w:tcPr>
          <w:p>
            <w:pPr>
              <w:spacing w:after="20" w:before="20"/>
            </w:pPr>
            <w:r/>
            <w:r>
              <w:rPr>
                <w:b/>
                <w:sz w:val="17"/>
              </w:rPr>
              <w:t>~39M THB more that the model does not repay.</w:t>
            </w:r>
            <w:r>
              <w:rPr>
                <w:sz w:val="17"/>
              </w:rPr>
              <w:t xml:space="preserve"> The same EBITDA as Plan A with more depreciation and a longer payback (~3.8 against ~3.1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of Plan B's ~216M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~30M THB at the midpoint, and the high end of every block comes to ~275M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~0.24M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~39M THB earns little in the model</w:t>
            </w:r>
          </w:p>
        </w:tc>
        <w:tc>
          <w:tcPr>
            <w:tcW w:type="dxa" w:w="2948"/>
          </w:tcPr>
          <w:p>
            <w:pPr>
              <w:spacing w:after="20" w:before="20"/>
            </w:pPr>
            <w:r/>
            <w:r>
              <w:rPr>
                <w:sz w:val="16"/>
              </w:rPr>
              <w:t>Plan B's operating picture is Plan A's (same presses, records, revenue and EBITDA; the calculator puts it ~0.07M USD a year ahead, the PPA bill its owned array avoids): the ~39M THB more at launch adds depreciation, so central operating profit is 1.24M against 1.34M USD, payback ~3.8 against ~3.1 years and the adverse corner deeper; its case rests on that bill and on what the table leaves out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cassette and CD-R quotes); most items can also come later from revenue, as in Plan A, while the corridor is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 under PEA's zero export ~15 % of the ~640 kWp array's yield is curtailed (estimate)</w:t>
            </w:r>
          </w:p>
        </w:tc>
        <w:tc>
          <w:tcPr>
            <w:tcW w:type="dxa" w:w="3515"/>
          </w:tcPr>
          <w:p>
            <w:pPr>
              <w:spacing w:after="20" w:before="20"/>
            </w:pPr>
            <w:r/>
            <w:r>
              <w:rPr>
                <w:sz w:val="16"/>
              </w:rPr>
              <w:t>Engineering checks and certificate requests in phase 0; PEA interconnection approval (3 to 6 months) filed alongside procurement;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qualifies for BOI as battery storage (12M THB per MW cap, Announcement 3/2568);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and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~215M THB</w:t>
            </w:r>
            <w:r>
              <w:rPr>
                <w:sz w:val="19"/>
              </w:rPr>
              <w:t xml:space="preserve"> (~216M at the midpoint, the ramp-up reserve of 10M to 20M included, no contingency), released in the tranches of section 8.3, with the financing mix set to hold debt-to-equity at or below 3:1 (equity of at least ~54M THB). Told plainly: the price carries no contingency (at 15 % it would be ~30M THB more at the midpoint), and from the low to the high end of every block the plan comes to ~156M to 275M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~39M THB of items Plan A leases or defers (owned solar on every roof and canopy with no PPA bill, the full metrology stack, the visitor corridor, cassette and CD-R, the bought crane, Thai boilers and compressor), each weighed against its lever;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on the battery (battery storage, capped at 12M THB per MW);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biomass.md, steam-cooling.html</w:t>
            </w:r>
          </w:p>
        </w:tc>
        <w:tc>
          <w:tcPr>
            <w:tcW w:type="dxa" w:w="6123"/>
          </w:tcPr>
          <w:p>
            <w:pPr>
              <w:spacing w:after="20" w:before="20"/>
            </w:pPr>
            <w:r/>
            <w:r>
              <w:rPr>
                <w:sz w:val="17"/>
              </w:rPr>
              <w:t>Solar, heat recovery, water, zero discharge, the grid tariff; the biomass fuel strategy; the steam and cooling plant</w:t>
            </w:r>
          </w:p>
        </w:tc>
      </w:tr>
      <w:tr>
        <w:trPr>
          <w:cantSplit/>
        </w:trPr>
        <w:tc>
          <w:tcPr>
            <w:tcW w:type="dxa" w:w="3515"/>
            <w:shd w:val="clear" w:color="auto" w:fill="F2F5FA"/>
          </w:tcPr>
          <w:p>
            <w:pPr>
              <w:spacing w:after="20" w:before="20"/>
            </w:pPr>
            <w:r/>
            <w:r>
              <w:rPr>
                <w:sz w:val="17"/>
              </w:rPr>
              <w:t>sustainability.md ('What ~640 kWp means on the grid'), finance/utilities-investment.csv (solar rows), boi.md</w:t>
            </w:r>
          </w:p>
        </w:tc>
        <w:tc>
          <w:tcPr>
            <w:tcW w:type="dxa" w:w="6123"/>
            <w:shd w:val="clear" w:color="auto" w:fill="F2F5FA"/>
          </w:tcPr>
          <w:p>
            <w:pPr>
              <w:spacing w:after="20" w:before="20"/>
            </w:pPr>
            <w:r/>
            <w:r>
              <w:rPr>
                <w:sz w:val="17"/>
              </w:rPr>
              <w:t>Solar on every roof and canopy (~640 kWp) and its sources: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